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0992" w14:textId="77777777" w:rsidR="00D10B0B" w:rsidRDefault="00AA72D3">
      <w:pPr>
        <w:spacing w:after="40"/>
        <w:jc w:val="center"/>
      </w:pPr>
      <w:r>
        <w:rPr>
          <w:b/>
          <w:color w:val="1F4E78"/>
          <w:sz w:val="28"/>
        </w:rPr>
        <w:t>ПОДЕЛА СТУДЕНАТА НА ПОДГРУПЕ</w:t>
      </w:r>
    </w:p>
    <w:p w14:paraId="2BF9DE16" w14:textId="514D14E3" w:rsidR="00D10B0B" w:rsidRDefault="001659C8">
      <w:pPr>
        <w:spacing w:after="80"/>
        <w:jc w:val="center"/>
      </w:pPr>
      <w:r>
        <w:rPr>
          <w:b/>
          <w:color w:val="5B9BD5"/>
          <w:sz w:val="19"/>
          <w:lang w:val="sr-Cyrl-RS"/>
        </w:rPr>
        <w:t>Патолошка физиологија</w:t>
      </w:r>
      <w:r w:rsidR="00AA72D3">
        <w:rPr>
          <w:b/>
          <w:color w:val="5B9BD5"/>
          <w:sz w:val="19"/>
        </w:rPr>
        <w:t xml:space="preserve"> – школска 2026/2027.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D10B0B" w14:paraId="65568B56" w14:textId="77777777">
        <w:trPr>
          <w:jc w:val="center"/>
        </w:trPr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C9C6BD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IA1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2B80155F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6DA04D8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4F8B78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4A6510B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33BBA5C7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BC0B97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B9745B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2022/0528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5B89A0" w14:textId="77777777" w:rsidR="00D10B0B" w:rsidRDefault="00AA72D3">
                  <w:r>
                    <w:rPr>
                      <w:color w:val="1F1F1F"/>
                      <w:sz w:val="16"/>
                    </w:rPr>
                    <w:t>Youssef Alrabi Ismail Adam</w:t>
                  </w:r>
                </w:p>
              </w:tc>
            </w:tr>
            <w:tr w:rsidR="00D10B0B" w14:paraId="06D76D74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0D3974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05FBD1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2022/0529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3E6C319" w14:textId="77777777" w:rsidR="00D10B0B" w:rsidRDefault="00AA72D3">
                  <w:r>
                    <w:rPr>
                      <w:color w:val="1F1F1F"/>
                      <w:sz w:val="16"/>
                    </w:rPr>
                    <w:t>Abueida Shahid</w:t>
                  </w:r>
                </w:p>
              </w:tc>
            </w:tr>
            <w:tr w:rsidR="00D10B0B" w14:paraId="1D02DF32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8EA6A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9D02C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2023/0539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A807485" w14:textId="77777777" w:rsidR="00D10B0B" w:rsidRDefault="00AA72D3">
                  <w:r>
                    <w:rPr>
                      <w:color w:val="1F1F1F"/>
                      <w:sz w:val="16"/>
                    </w:rPr>
                    <w:t>Alali Shahd</w:t>
                  </w:r>
                </w:p>
              </w:tc>
            </w:tr>
            <w:tr w:rsidR="00D10B0B" w14:paraId="5B09A884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39429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9BBF13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2023/0538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A20E54D" w14:textId="77777777" w:rsidR="00D10B0B" w:rsidRDefault="00AA72D3">
                  <w:r>
                    <w:rPr>
                      <w:color w:val="1F1F1F"/>
                      <w:sz w:val="16"/>
                    </w:rPr>
                    <w:t>Alsaleh Esraa</w:t>
                  </w:r>
                </w:p>
              </w:tc>
            </w:tr>
          </w:tbl>
          <w:p w14:paraId="1C92BF60" w14:textId="77777777" w:rsidR="00D10B0B" w:rsidRDefault="00D10B0B"/>
          <w:p w14:paraId="44C47D2C" w14:textId="77777777" w:rsidR="00D10B0B" w:rsidRDefault="00D10B0B">
            <w:pPr>
              <w:spacing w:after="0"/>
            </w:pPr>
          </w:p>
          <w:p w14:paraId="4102DCC6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IA2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11E9B98E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5DC5EF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33E4B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BD97EF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568F1212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E8049F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AA33AB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2022/0511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311379B" w14:textId="77777777" w:rsidR="00D10B0B" w:rsidRDefault="00AA72D3">
                  <w:r>
                    <w:rPr>
                      <w:color w:val="1F1F1F"/>
                      <w:sz w:val="16"/>
                    </w:rPr>
                    <w:t>Alslibi Dalea</w:t>
                  </w:r>
                </w:p>
              </w:tc>
            </w:tr>
            <w:tr w:rsidR="00D10B0B" w14:paraId="6478C61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9B5116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26AA17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2024/0251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FC06F41" w14:textId="77777777" w:rsidR="00D10B0B" w:rsidRDefault="00AA72D3">
                  <w:r>
                    <w:rPr>
                      <w:color w:val="1F1F1F"/>
                      <w:sz w:val="16"/>
                    </w:rPr>
                    <w:t>Аничић Бојана</w:t>
                  </w:r>
                </w:p>
              </w:tc>
            </w:tr>
            <w:tr w:rsidR="00D10B0B" w14:paraId="27285D7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855148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301A8F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2024/0368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1BC7D86" w14:textId="77777777" w:rsidR="00D10B0B" w:rsidRDefault="00AA72D3">
                  <w:r>
                    <w:rPr>
                      <w:color w:val="1F1F1F"/>
                      <w:sz w:val="16"/>
                    </w:rPr>
                    <w:t>Антић Стеван</w:t>
                  </w:r>
                </w:p>
              </w:tc>
            </w:tr>
            <w:tr w:rsidR="00D10B0B" w14:paraId="0A3CBB6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29570C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A1422A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2024/0378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1829938" w14:textId="77777777" w:rsidR="00D10B0B" w:rsidRDefault="00AA72D3">
                  <w:r>
                    <w:rPr>
                      <w:color w:val="1F1F1F"/>
                      <w:sz w:val="16"/>
                    </w:rPr>
                    <w:t>Аџић Јована</w:t>
                  </w:r>
                </w:p>
              </w:tc>
            </w:tr>
          </w:tbl>
          <w:p w14:paraId="56EF4CBE" w14:textId="77777777" w:rsidR="00D10B0B" w:rsidRDefault="00D10B0B"/>
          <w:p w14:paraId="355FFBF0" w14:textId="77777777" w:rsidR="00D10B0B" w:rsidRDefault="00D10B0B">
            <w:pPr>
              <w:spacing w:after="0"/>
            </w:pPr>
          </w:p>
          <w:p w14:paraId="3E50FF5A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IA3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08309318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460FF61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832045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DDE1E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772C9CA5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A87C55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A9F78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2017/0182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48A42AB" w14:textId="77777777" w:rsidR="00D10B0B" w:rsidRDefault="00AA72D3">
                  <w:r>
                    <w:rPr>
                      <w:color w:val="1F1F1F"/>
                      <w:sz w:val="16"/>
                    </w:rPr>
                    <w:t>Бабић Теодора</w:t>
                  </w:r>
                </w:p>
              </w:tc>
            </w:tr>
            <w:tr w:rsidR="00D10B0B" w14:paraId="5C0ED05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5824FF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3429177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2024/0147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BD38128" w14:textId="77777777" w:rsidR="00D10B0B" w:rsidRDefault="00AA72D3">
                  <w:r>
                    <w:rPr>
                      <w:color w:val="1F1F1F"/>
                      <w:sz w:val="16"/>
                    </w:rPr>
                    <w:t>Бабић Филип</w:t>
                  </w:r>
                </w:p>
              </w:tc>
            </w:tr>
            <w:tr w:rsidR="00D10B0B" w14:paraId="48DE771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F5BA0A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92E001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2022/0486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4C6C774" w14:textId="77777777" w:rsidR="00D10B0B" w:rsidRDefault="00AA72D3">
                  <w:r>
                    <w:rPr>
                      <w:color w:val="1F1F1F"/>
                      <w:sz w:val="16"/>
                    </w:rPr>
                    <w:t>Баук Ивана</w:t>
                  </w:r>
                </w:p>
              </w:tc>
            </w:tr>
          </w:tbl>
          <w:p w14:paraId="198BB846" w14:textId="77777777" w:rsidR="00D10B0B" w:rsidRDefault="00D10B0B"/>
          <w:p w14:paraId="20292621" w14:textId="77777777" w:rsidR="00D10B0B" w:rsidRDefault="00D10B0B">
            <w:pPr>
              <w:spacing w:after="0"/>
            </w:pPr>
          </w:p>
        </w:tc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88B84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IB1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075D814D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DFD246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369D736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E72060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1842EF5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936232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CEEF07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2023/0442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58B337D" w14:textId="77777777" w:rsidR="00D10B0B" w:rsidRDefault="00AA72D3">
                  <w:r>
                    <w:rPr>
                      <w:color w:val="1F1F1F"/>
                      <w:sz w:val="16"/>
                    </w:rPr>
                    <w:t>Башовић Катарина</w:t>
                  </w:r>
                </w:p>
              </w:tc>
            </w:tr>
            <w:tr w:rsidR="00D10B0B" w14:paraId="152430E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E5C26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B5F369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2024/0232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EBF1F64" w14:textId="77777777" w:rsidR="00D10B0B" w:rsidRDefault="00AA72D3">
                  <w:r>
                    <w:rPr>
                      <w:color w:val="1F1F1F"/>
                      <w:sz w:val="16"/>
                    </w:rPr>
                    <w:t>Бекић Ана</w:t>
                  </w:r>
                </w:p>
              </w:tc>
            </w:tr>
            <w:tr w:rsidR="00D10B0B" w14:paraId="60F7D7C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758F4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1072DF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2024/0109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B7BA1B7" w14:textId="77777777" w:rsidR="00D10B0B" w:rsidRDefault="00AA72D3">
                  <w:r>
                    <w:rPr>
                      <w:color w:val="1F1F1F"/>
                      <w:sz w:val="16"/>
                    </w:rPr>
                    <w:t>Вељовић Вулић</w:t>
                  </w:r>
                </w:p>
              </w:tc>
            </w:tr>
            <w:tr w:rsidR="00D10B0B" w14:paraId="4EF66E6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F1DAF2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0D55E6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2024/0336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493A38F" w14:textId="77777777" w:rsidR="00D10B0B" w:rsidRDefault="00AA72D3">
                  <w:r>
                    <w:rPr>
                      <w:color w:val="1F1F1F"/>
                      <w:sz w:val="16"/>
                    </w:rPr>
                    <w:t>Видојевић Војин</w:t>
                  </w:r>
                </w:p>
              </w:tc>
            </w:tr>
          </w:tbl>
          <w:p w14:paraId="5EF55960" w14:textId="77777777" w:rsidR="00D10B0B" w:rsidRDefault="00D10B0B"/>
          <w:p w14:paraId="0572A56D" w14:textId="77777777" w:rsidR="00D10B0B" w:rsidRDefault="00D10B0B">
            <w:pPr>
              <w:spacing w:after="0"/>
            </w:pPr>
          </w:p>
          <w:p w14:paraId="1A40E924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IB2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DDFFBD0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73CD9C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47C7182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51B2826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7F80343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4CC5BB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EE8413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2024/0300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F19E557" w14:textId="77777777" w:rsidR="00D10B0B" w:rsidRDefault="00AA72D3">
                  <w:r>
                    <w:rPr>
                      <w:color w:val="1F1F1F"/>
                      <w:sz w:val="16"/>
                    </w:rPr>
                    <w:t>Вујић Мирела</w:t>
                  </w:r>
                </w:p>
              </w:tc>
            </w:tr>
            <w:tr w:rsidR="00D10B0B" w14:paraId="0E5345E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45FF44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02A262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2024/0363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C07479F" w14:textId="77777777" w:rsidR="00D10B0B" w:rsidRDefault="00AA72D3">
                  <w:r>
                    <w:rPr>
                      <w:color w:val="1F1F1F"/>
                      <w:sz w:val="16"/>
                    </w:rPr>
                    <w:t>Вуковић Ана</w:t>
                  </w:r>
                </w:p>
              </w:tc>
            </w:tr>
            <w:tr w:rsidR="00D10B0B" w14:paraId="30E62D9E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BAC752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17E7D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2024/0346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A24CD56" w14:textId="77777777" w:rsidR="00D10B0B" w:rsidRDefault="00AA72D3">
                  <w:r>
                    <w:rPr>
                      <w:color w:val="1F1F1F"/>
                      <w:sz w:val="16"/>
                    </w:rPr>
                    <w:t>Вуковић Јана</w:t>
                  </w:r>
                </w:p>
              </w:tc>
            </w:tr>
          </w:tbl>
          <w:p w14:paraId="0970C3EB" w14:textId="77777777" w:rsidR="00D10B0B" w:rsidRDefault="00D10B0B"/>
          <w:p w14:paraId="4618C6B8" w14:textId="77777777" w:rsidR="00D10B0B" w:rsidRDefault="00D10B0B">
            <w:pPr>
              <w:spacing w:after="0"/>
            </w:pPr>
          </w:p>
          <w:p w14:paraId="3F8C4B19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IB3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2D17C3D2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429D826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455EA0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EFF8ED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417C0ED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3C0108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A47D31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2023/0066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07988A6" w14:textId="77777777" w:rsidR="00D10B0B" w:rsidRDefault="00AA72D3">
                  <w:r>
                    <w:rPr>
                      <w:color w:val="1F1F1F"/>
                      <w:sz w:val="16"/>
                    </w:rPr>
                    <w:t>Димитријевић Милица</w:t>
                  </w:r>
                </w:p>
              </w:tc>
            </w:tr>
            <w:tr w:rsidR="00D10B0B" w14:paraId="297004D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51187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524F52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2024/0255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5DCFA03" w14:textId="77777777" w:rsidR="00D10B0B" w:rsidRDefault="00AA72D3">
                  <w:r>
                    <w:rPr>
                      <w:color w:val="1F1F1F"/>
                      <w:sz w:val="16"/>
                    </w:rPr>
                    <w:t>Димитријевић Нина</w:t>
                  </w:r>
                </w:p>
              </w:tc>
            </w:tr>
            <w:tr w:rsidR="00D10B0B" w14:paraId="336A8C9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9770F2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8C99C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2024/0266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7F4BFAF" w14:textId="77777777" w:rsidR="00D10B0B" w:rsidRDefault="00AA72D3">
                  <w:r>
                    <w:rPr>
                      <w:color w:val="1F1F1F"/>
                      <w:sz w:val="16"/>
                    </w:rPr>
                    <w:t>Драгојловић Марта</w:t>
                  </w:r>
                </w:p>
              </w:tc>
            </w:tr>
            <w:tr w:rsidR="001750F5" w14:paraId="0C1CA677" w14:textId="77777777" w:rsidTr="00591135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9A06BE7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A5837BD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2024/0396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55F17B0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Дакић Илија</w:t>
                  </w:r>
                </w:p>
              </w:tc>
            </w:tr>
          </w:tbl>
          <w:p w14:paraId="422AC972" w14:textId="77777777" w:rsidR="00D10B0B" w:rsidRDefault="00D10B0B"/>
          <w:p w14:paraId="7E7EE650" w14:textId="77777777" w:rsidR="00D10B0B" w:rsidRDefault="00D10B0B">
            <w:pPr>
              <w:spacing w:after="0"/>
            </w:pPr>
          </w:p>
        </w:tc>
      </w:tr>
    </w:tbl>
    <w:p w14:paraId="442C613F" w14:textId="77777777" w:rsidR="00D10B0B" w:rsidRDefault="00AA72D3">
      <w:r>
        <w:br w:type="page"/>
      </w:r>
    </w:p>
    <w:p w14:paraId="759B8327" w14:textId="77777777" w:rsidR="00D10B0B" w:rsidRDefault="00AA72D3">
      <w:pPr>
        <w:shd w:val="clear" w:color="auto" w:fill="D9EAF7"/>
        <w:spacing w:after="80"/>
        <w:jc w:val="center"/>
      </w:pPr>
      <w:r>
        <w:rPr>
          <w:b/>
          <w:color w:val="1F4E78"/>
          <w:sz w:val="20"/>
        </w:rPr>
        <w:lastRenderedPageBreak/>
        <w:t>II група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D10B0B" w14:paraId="307FA33A" w14:textId="77777777">
        <w:trPr>
          <w:jc w:val="center"/>
        </w:trPr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36421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IIA1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335F9330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F2534A9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161F5BB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1D0BE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4477B5B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49E573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9852E2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2024/0025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5485F2B" w14:textId="77777777" w:rsidR="00D10B0B" w:rsidRDefault="00AA72D3">
                  <w:r>
                    <w:rPr>
                      <w:color w:val="1F1F1F"/>
                      <w:sz w:val="16"/>
                    </w:rPr>
                    <w:t>Дрлић Николина</w:t>
                  </w:r>
                </w:p>
              </w:tc>
            </w:tr>
            <w:tr w:rsidR="00D10B0B" w14:paraId="489FB744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F83C13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C98459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2024/0029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8B310FE" w14:textId="77777777" w:rsidR="00D10B0B" w:rsidRDefault="00AA72D3">
                  <w:r>
                    <w:rPr>
                      <w:color w:val="1F1F1F"/>
                      <w:sz w:val="16"/>
                    </w:rPr>
                    <w:t>Ђорђевић Марија</w:t>
                  </w:r>
                </w:p>
              </w:tc>
            </w:tr>
            <w:tr w:rsidR="00D10B0B" w14:paraId="3CDCF35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246811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D45EC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2024/0238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459E76" w14:textId="77777777" w:rsidR="00D10B0B" w:rsidRDefault="00AA72D3">
                  <w:r>
                    <w:rPr>
                      <w:color w:val="1F1F1F"/>
                      <w:sz w:val="16"/>
                    </w:rPr>
                    <w:t>Жижић Бојана</w:t>
                  </w:r>
                </w:p>
              </w:tc>
            </w:tr>
            <w:tr w:rsidR="00D10B0B" w14:paraId="78D22C5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3709F6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A03F3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2024/0163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A5B9B5" w14:textId="77777777" w:rsidR="00D10B0B" w:rsidRDefault="00AA72D3">
                  <w:r>
                    <w:rPr>
                      <w:color w:val="1F1F1F"/>
                      <w:sz w:val="16"/>
                    </w:rPr>
                    <w:t>Жижић Милица</w:t>
                  </w:r>
                </w:p>
              </w:tc>
            </w:tr>
          </w:tbl>
          <w:p w14:paraId="31FC12C6" w14:textId="77777777" w:rsidR="00D10B0B" w:rsidRDefault="00D10B0B"/>
          <w:p w14:paraId="2E68F180" w14:textId="77777777" w:rsidR="00D10B0B" w:rsidRDefault="00D10B0B">
            <w:pPr>
              <w:spacing w:after="0"/>
            </w:pPr>
          </w:p>
          <w:p w14:paraId="0B057E7D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IIA2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77B8A42E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CD243B8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97CE08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6BE9075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6E66C53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17F641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F2F5EB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2024/0069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5120DF" w14:textId="77777777" w:rsidR="00D10B0B" w:rsidRDefault="00AA72D3">
                  <w:r>
                    <w:rPr>
                      <w:color w:val="1F1F1F"/>
                      <w:sz w:val="16"/>
                    </w:rPr>
                    <w:t>Здравковић Мина</w:t>
                  </w:r>
                </w:p>
              </w:tc>
            </w:tr>
            <w:tr w:rsidR="00D10B0B" w14:paraId="675B7E2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A7D78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036B4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2026/0551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7371634" w14:textId="77777777" w:rsidR="00D10B0B" w:rsidRDefault="00AA72D3">
                  <w:r>
                    <w:rPr>
                      <w:color w:val="1F1F1F"/>
                      <w:sz w:val="16"/>
                    </w:rPr>
                    <w:t>Илинчић Милица</w:t>
                  </w:r>
                </w:p>
              </w:tc>
            </w:tr>
            <w:tr w:rsidR="00D10B0B" w14:paraId="7AE2DA4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C03F0B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E36860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2024/0425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CC19E4E" w14:textId="77777777" w:rsidR="00D10B0B" w:rsidRDefault="00AA72D3">
                  <w:r>
                    <w:rPr>
                      <w:color w:val="1F1F1F"/>
                      <w:sz w:val="16"/>
                    </w:rPr>
                    <w:t>Јаковљевић Јована</w:t>
                  </w:r>
                </w:p>
              </w:tc>
            </w:tr>
          </w:tbl>
          <w:p w14:paraId="6BDD65C8" w14:textId="77777777" w:rsidR="00D10B0B" w:rsidRDefault="00D10B0B"/>
          <w:p w14:paraId="27969149" w14:textId="77777777" w:rsidR="00D10B0B" w:rsidRDefault="00D10B0B">
            <w:pPr>
              <w:spacing w:after="0"/>
            </w:pPr>
          </w:p>
          <w:p w14:paraId="56505916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IIA3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3BB7E3BC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3768A5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A6144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F64DE7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4BBCCEF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8A86EF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0B631D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2024/0379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8A27705" w14:textId="77777777" w:rsidR="00D10B0B" w:rsidRDefault="00AA72D3">
                  <w:r>
                    <w:rPr>
                      <w:color w:val="1F1F1F"/>
                      <w:sz w:val="16"/>
                    </w:rPr>
                    <w:t>Јанковић Немања</w:t>
                  </w:r>
                </w:p>
              </w:tc>
            </w:tr>
            <w:tr w:rsidR="00D10B0B" w14:paraId="204D93D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55C8C8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A881D1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2022/0325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2D0D37A" w14:textId="77777777" w:rsidR="00D10B0B" w:rsidRDefault="00AA72D3">
                  <w:r>
                    <w:rPr>
                      <w:color w:val="1F1F1F"/>
                      <w:sz w:val="16"/>
                    </w:rPr>
                    <w:t>Јелић Ана</w:t>
                  </w:r>
                </w:p>
              </w:tc>
            </w:tr>
            <w:tr w:rsidR="00D10B0B" w14:paraId="2C7F05E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B2C57A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2B57E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2023/0122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CD89954" w14:textId="77777777" w:rsidR="00D10B0B" w:rsidRDefault="00AA72D3">
                  <w:r>
                    <w:rPr>
                      <w:color w:val="1F1F1F"/>
                      <w:sz w:val="16"/>
                    </w:rPr>
                    <w:t>Јовановић Катарина</w:t>
                  </w:r>
                </w:p>
              </w:tc>
            </w:tr>
            <w:tr w:rsidR="001750F5" w14:paraId="1E752E93" w14:textId="77777777" w:rsidTr="002F73F5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01164D4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55D58F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2024/0060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5EE9FCC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Јанковић Мина</w:t>
                  </w:r>
                </w:p>
              </w:tc>
            </w:tr>
          </w:tbl>
          <w:p w14:paraId="10889299" w14:textId="77777777" w:rsidR="00D10B0B" w:rsidRDefault="00D10B0B"/>
          <w:p w14:paraId="626CBF36" w14:textId="77777777" w:rsidR="00D10B0B" w:rsidRDefault="00D10B0B">
            <w:pPr>
              <w:spacing w:after="0"/>
            </w:pPr>
          </w:p>
        </w:tc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06D56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IIB1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71F4DFD5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29F333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07D917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C4158B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47795BA3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3BE4B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6C12CF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2023/0259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BE62729" w14:textId="77777777" w:rsidR="00D10B0B" w:rsidRDefault="00AA72D3">
                  <w:r>
                    <w:rPr>
                      <w:color w:val="1F1F1F"/>
                      <w:sz w:val="16"/>
                    </w:rPr>
                    <w:t>Јордановић Ленка</w:t>
                  </w:r>
                </w:p>
              </w:tc>
            </w:tr>
            <w:tr w:rsidR="00D10B0B" w14:paraId="3146A123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5BD4CE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A3C788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2026/0549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CE8FD35" w14:textId="77777777" w:rsidR="00D10B0B" w:rsidRDefault="00AA72D3">
                  <w:r>
                    <w:rPr>
                      <w:color w:val="1F1F1F"/>
                      <w:sz w:val="16"/>
                    </w:rPr>
                    <w:t>Јоцић Јана</w:t>
                  </w:r>
                </w:p>
              </w:tc>
            </w:tr>
            <w:tr w:rsidR="00D10B0B" w14:paraId="0F8E25F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A08F1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39F056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2024/0289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9E3CC5" w14:textId="77777777" w:rsidR="00D10B0B" w:rsidRDefault="00AA72D3">
                  <w:r>
                    <w:rPr>
                      <w:color w:val="1F1F1F"/>
                      <w:sz w:val="16"/>
                    </w:rPr>
                    <w:t>Јусуфовић Неира</w:t>
                  </w:r>
                </w:p>
              </w:tc>
            </w:tr>
            <w:tr w:rsidR="00D10B0B" w14:paraId="03FF2CB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B522FE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B04378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2023/0379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BD275D4" w14:textId="77777777" w:rsidR="00D10B0B" w:rsidRDefault="00AA72D3">
                  <w:r>
                    <w:rPr>
                      <w:color w:val="1F1F1F"/>
                      <w:sz w:val="16"/>
                    </w:rPr>
                    <w:t>Лабовић Милош</w:t>
                  </w:r>
                </w:p>
              </w:tc>
            </w:tr>
          </w:tbl>
          <w:p w14:paraId="6F64500F" w14:textId="77777777" w:rsidR="00D10B0B" w:rsidRDefault="00D10B0B"/>
          <w:p w14:paraId="766043E3" w14:textId="77777777" w:rsidR="00D10B0B" w:rsidRDefault="00D10B0B">
            <w:pPr>
              <w:spacing w:after="0"/>
            </w:pPr>
          </w:p>
          <w:p w14:paraId="66193FCB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IIB2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3630CFB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1B130F9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5B0C5A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99C7C8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11A6F8E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9F5D84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77695C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2024/0021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B5D9EEF" w14:textId="77777777" w:rsidR="00D10B0B" w:rsidRDefault="00AA72D3">
                  <w:r>
                    <w:rPr>
                      <w:color w:val="1F1F1F"/>
                      <w:sz w:val="16"/>
                    </w:rPr>
                    <w:t>Лазаревић Стефан</w:t>
                  </w:r>
                </w:p>
              </w:tc>
            </w:tr>
            <w:tr w:rsidR="00D10B0B" w14:paraId="343D216D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C2E610C" w14:textId="7314E416" w:rsidR="00D10B0B" w:rsidRPr="001659C8" w:rsidRDefault="001659C8">
                  <w:pPr>
                    <w:jc w:val="center"/>
                    <w:rPr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4DD7E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2024/0424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5FE0B9" w14:textId="77777777" w:rsidR="00D10B0B" w:rsidRDefault="00AA72D3">
                  <w:r>
                    <w:rPr>
                      <w:color w:val="1F1F1F"/>
                      <w:sz w:val="16"/>
                    </w:rPr>
                    <w:t>Манојловић Ана</w:t>
                  </w:r>
                </w:p>
              </w:tc>
            </w:tr>
            <w:tr w:rsidR="00D10B0B" w14:paraId="60E1F14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383521" w14:textId="4030C242" w:rsidR="00D10B0B" w:rsidRPr="001659C8" w:rsidRDefault="001659C8">
                  <w:pPr>
                    <w:jc w:val="center"/>
                    <w:rPr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F5B075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2023/0407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2361C21" w14:textId="77777777" w:rsidR="00D10B0B" w:rsidRDefault="00AA72D3">
                  <w:r>
                    <w:rPr>
                      <w:color w:val="1F1F1F"/>
                      <w:sz w:val="16"/>
                    </w:rPr>
                    <w:t>Мартиновић Марија</w:t>
                  </w:r>
                </w:p>
              </w:tc>
            </w:tr>
          </w:tbl>
          <w:p w14:paraId="56F33CF0" w14:textId="77777777" w:rsidR="00D10B0B" w:rsidRDefault="00D10B0B"/>
          <w:p w14:paraId="4C75A9D7" w14:textId="77777777" w:rsidR="00D10B0B" w:rsidRDefault="00D10B0B">
            <w:pPr>
              <w:spacing w:after="0"/>
            </w:pPr>
          </w:p>
          <w:p w14:paraId="59017119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IIB3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3A0297C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5CBDA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BE55769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8572E8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6026BE63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64685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103B9D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2023/0424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6FCED41" w14:textId="77777777" w:rsidR="00D10B0B" w:rsidRDefault="00AA72D3">
                  <w:r>
                    <w:rPr>
                      <w:color w:val="1F1F1F"/>
                      <w:sz w:val="16"/>
                    </w:rPr>
                    <w:t>Мијаиловић Наталија</w:t>
                  </w:r>
                </w:p>
              </w:tc>
            </w:tr>
            <w:tr w:rsidR="00D10B0B" w14:paraId="2D91D45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962CBD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E328B7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2026/0550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41DFD79" w14:textId="77777777" w:rsidR="00D10B0B" w:rsidRDefault="00AA72D3">
                  <w:r>
                    <w:rPr>
                      <w:color w:val="1F1F1F"/>
                      <w:sz w:val="16"/>
                    </w:rPr>
                    <w:t>Милановић Богдан</w:t>
                  </w:r>
                </w:p>
              </w:tc>
            </w:tr>
            <w:tr w:rsidR="00D10B0B" w14:paraId="74C5181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E8AD43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EFCCD1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2021/0115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35526FB" w14:textId="77777777" w:rsidR="00D10B0B" w:rsidRDefault="00AA72D3">
                  <w:r>
                    <w:rPr>
                      <w:color w:val="1F1F1F"/>
                      <w:sz w:val="16"/>
                    </w:rPr>
                    <w:t>Милекић Александра</w:t>
                  </w:r>
                </w:p>
              </w:tc>
            </w:tr>
          </w:tbl>
          <w:p w14:paraId="48391673" w14:textId="77777777" w:rsidR="00D10B0B" w:rsidRDefault="00D10B0B"/>
          <w:p w14:paraId="511F1544" w14:textId="77777777" w:rsidR="00D10B0B" w:rsidRDefault="00D10B0B">
            <w:pPr>
              <w:spacing w:after="0"/>
            </w:pPr>
          </w:p>
        </w:tc>
      </w:tr>
    </w:tbl>
    <w:p w14:paraId="2BA5B386" w14:textId="77777777" w:rsidR="00D10B0B" w:rsidRDefault="00AA72D3">
      <w:r>
        <w:br w:type="page"/>
      </w:r>
    </w:p>
    <w:p w14:paraId="0EE4F226" w14:textId="77777777" w:rsidR="00D10B0B" w:rsidRDefault="00AA72D3">
      <w:pPr>
        <w:shd w:val="clear" w:color="auto" w:fill="D9EAF7"/>
        <w:spacing w:after="80"/>
        <w:jc w:val="center"/>
      </w:pPr>
      <w:r>
        <w:rPr>
          <w:b/>
          <w:color w:val="1F4E78"/>
          <w:sz w:val="20"/>
        </w:rPr>
        <w:lastRenderedPageBreak/>
        <w:t>III група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D10B0B" w14:paraId="7B431519" w14:textId="77777777">
        <w:trPr>
          <w:jc w:val="center"/>
        </w:trPr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2A66D0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IIIA1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3937F162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5B6E638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4AAD61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E3762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7A9DAE2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234202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C36DE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2024/0159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5C5E62" w14:textId="77777777" w:rsidR="00D10B0B" w:rsidRDefault="00AA72D3">
                  <w:r>
                    <w:rPr>
                      <w:color w:val="1F1F1F"/>
                      <w:sz w:val="16"/>
                    </w:rPr>
                    <w:t>Милисављевић Мирослав</w:t>
                  </w:r>
                </w:p>
              </w:tc>
            </w:tr>
            <w:tr w:rsidR="00D10B0B" w14:paraId="68DF1D9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E2F75E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DCBB18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2023/0061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A667D3C" w14:textId="77777777" w:rsidR="00D10B0B" w:rsidRDefault="00AA72D3">
                  <w:r>
                    <w:rPr>
                      <w:color w:val="1F1F1F"/>
                      <w:sz w:val="16"/>
                    </w:rPr>
                    <w:t>Милковић Елена</w:t>
                  </w:r>
                </w:p>
              </w:tc>
            </w:tr>
            <w:tr w:rsidR="00D10B0B" w14:paraId="216FF01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27E3B6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BA0F0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2024/0337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FDF37E4" w14:textId="77777777" w:rsidR="00D10B0B" w:rsidRDefault="00AA72D3">
                  <w:r>
                    <w:rPr>
                      <w:color w:val="1F1F1F"/>
                      <w:sz w:val="16"/>
                    </w:rPr>
                    <w:t>Миловановић Лидија</w:t>
                  </w:r>
                </w:p>
              </w:tc>
            </w:tr>
            <w:tr w:rsidR="00D10B0B" w14:paraId="6CD2D98D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E5A2FB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4E47FE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2023/0401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D0AA7C5" w14:textId="77777777" w:rsidR="00D10B0B" w:rsidRDefault="00AA72D3">
                  <w:r>
                    <w:rPr>
                      <w:color w:val="1F1F1F"/>
                      <w:sz w:val="16"/>
                    </w:rPr>
                    <w:t>Милосављевић Никола</w:t>
                  </w:r>
                </w:p>
              </w:tc>
            </w:tr>
            <w:tr w:rsidR="001659C8" w14:paraId="3BF7A6E3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05CFD4A" w14:textId="4AF0E5C6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5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6DAEB6" w14:textId="1C802AA1" w:rsidR="001659C8" w:rsidRDefault="001659C8" w:rsidP="001659C8">
                  <w:pPr>
                    <w:jc w:val="center"/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2024/0437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CD46A1D" w14:textId="7BF01C41" w:rsidR="001659C8" w:rsidRDefault="001659C8" w:rsidP="001659C8">
                  <w:pPr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Максић Јана</w:t>
                  </w:r>
                </w:p>
              </w:tc>
            </w:tr>
          </w:tbl>
          <w:p w14:paraId="6FF0DDC5" w14:textId="77777777" w:rsidR="00D10B0B" w:rsidRDefault="00D10B0B"/>
          <w:p w14:paraId="0678CFF9" w14:textId="77777777" w:rsidR="00D10B0B" w:rsidRDefault="00D10B0B">
            <w:pPr>
              <w:spacing w:after="0"/>
            </w:pPr>
          </w:p>
          <w:p w14:paraId="63CF2B3E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IIIA2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2EF71342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DBAD4AC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37D9A96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4A026A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3B30F04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7AA8ED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5377D7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2024/0124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CD61001" w14:textId="77777777" w:rsidR="00D10B0B" w:rsidRDefault="00AA72D3">
                  <w:r>
                    <w:rPr>
                      <w:color w:val="1F1F1F"/>
                      <w:sz w:val="16"/>
                    </w:rPr>
                    <w:t>Милошевић Ива</w:t>
                  </w:r>
                </w:p>
              </w:tc>
            </w:tr>
            <w:tr w:rsidR="00D10B0B" w14:paraId="2FA7974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F7E754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6652C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2024/0050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D826D4B" w14:textId="77777777" w:rsidR="00D10B0B" w:rsidRDefault="00AA72D3">
                  <w:r>
                    <w:rPr>
                      <w:color w:val="1F1F1F"/>
                      <w:sz w:val="16"/>
                    </w:rPr>
                    <w:t>Милошевић Сара</w:t>
                  </w:r>
                </w:p>
              </w:tc>
            </w:tr>
            <w:tr w:rsidR="00D10B0B" w14:paraId="0BDD738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B63987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6DD225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2024/0087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C7B28EA" w14:textId="77777777" w:rsidR="00D10B0B" w:rsidRDefault="00AA72D3">
                  <w:r>
                    <w:rPr>
                      <w:color w:val="1F1F1F"/>
                      <w:sz w:val="16"/>
                    </w:rPr>
                    <w:t>Милутиновић Андреј</w:t>
                  </w:r>
                </w:p>
              </w:tc>
            </w:tr>
            <w:tr w:rsidR="00D10B0B" w14:paraId="449BF34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9A59F57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1DEA74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2023/0406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5C3D3AB" w14:textId="77777777" w:rsidR="00D10B0B" w:rsidRDefault="00AA72D3">
                  <w:r>
                    <w:rPr>
                      <w:color w:val="1F1F1F"/>
                      <w:sz w:val="16"/>
                    </w:rPr>
                    <w:t>Младеновић Ана Марија</w:t>
                  </w:r>
                </w:p>
              </w:tc>
            </w:tr>
          </w:tbl>
          <w:p w14:paraId="2DCFDDEE" w14:textId="77777777" w:rsidR="00D10B0B" w:rsidRDefault="00D10B0B"/>
          <w:p w14:paraId="1A81BAB8" w14:textId="77777777" w:rsidR="00D10B0B" w:rsidRDefault="00D10B0B">
            <w:pPr>
              <w:spacing w:after="0"/>
            </w:pPr>
          </w:p>
          <w:p w14:paraId="7DE4F4B7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IIIA3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1CD72A63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38D0272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3A3B3E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A3921EC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609AF58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581CEA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FE21A2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2024/0294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0127EE6" w14:textId="77777777" w:rsidR="00D10B0B" w:rsidRDefault="00AA72D3">
                  <w:r>
                    <w:rPr>
                      <w:color w:val="1F1F1F"/>
                      <w:sz w:val="16"/>
                    </w:rPr>
                    <w:t>Младеновић Хелена</w:t>
                  </w:r>
                </w:p>
              </w:tc>
            </w:tr>
            <w:tr w:rsidR="00D10B0B" w14:paraId="2E8F107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3CA09D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8E7933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2024/0392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7082563" w14:textId="77777777" w:rsidR="00D10B0B" w:rsidRDefault="00AA72D3">
                  <w:r>
                    <w:rPr>
                      <w:color w:val="1F1F1F"/>
                      <w:sz w:val="16"/>
                    </w:rPr>
                    <w:t>Надлачки Нађа</w:t>
                  </w:r>
                </w:p>
              </w:tc>
            </w:tr>
            <w:tr w:rsidR="00D10B0B" w14:paraId="6529926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177ACB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29387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2023/0425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367836B" w14:textId="77777777" w:rsidR="00D10B0B" w:rsidRDefault="00AA72D3">
                  <w:r>
                    <w:rPr>
                      <w:color w:val="1F1F1F"/>
                      <w:sz w:val="16"/>
                    </w:rPr>
                    <w:t>Накић Јована</w:t>
                  </w:r>
                </w:p>
              </w:tc>
            </w:tr>
          </w:tbl>
          <w:p w14:paraId="06E3A231" w14:textId="77777777" w:rsidR="00D10B0B" w:rsidRDefault="00D10B0B"/>
          <w:p w14:paraId="65D1DA8F" w14:textId="77777777" w:rsidR="00D10B0B" w:rsidRDefault="00D10B0B">
            <w:pPr>
              <w:spacing w:after="0"/>
            </w:pPr>
          </w:p>
        </w:tc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BA98F5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IIIB1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312FFC1E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78AD642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44A60F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477C0E5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1F8F889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8E7C62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EAA2D1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2024/0228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190EAE1" w14:textId="77777777" w:rsidR="00D10B0B" w:rsidRDefault="00AA72D3">
                  <w:r>
                    <w:rPr>
                      <w:color w:val="1F1F1F"/>
                      <w:sz w:val="16"/>
                    </w:rPr>
                    <w:t>Ненковић Алекса</w:t>
                  </w:r>
                </w:p>
              </w:tc>
            </w:tr>
            <w:tr w:rsidR="00D10B0B" w14:paraId="7710AB4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076D97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A80E22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2024/0283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D70AFAF" w14:textId="77777777" w:rsidR="00D10B0B" w:rsidRDefault="00AA72D3">
                  <w:r>
                    <w:rPr>
                      <w:color w:val="1F1F1F"/>
                      <w:sz w:val="16"/>
                    </w:rPr>
                    <w:t>Нешковић Богдана</w:t>
                  </w:r>
                </w:p>
              </w:tc>
            </w:tr>
            <w:tr w:rsidR="00D10B0B" w14:paraId="173DEA1D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87D9C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7BA5B1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2024/0212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34488B9" w14:textId="77777777" w:rsidR="00D10B0B" w:rsidRDefault="00AA72D3">
                  <w:r>
                    <w:rPr>
                      <w:color w:val="1F1F1F"/>
                      <w:sz w:val="16"/>
                    </w:rPr>
                    <w:t>Никић Маша</w:t>
                  </w:r>
                </w:p>
              </w:tc>
            </w:tr>
            <w:tr w:rsidR="00D10B0B" w14:paraId="3771F61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D4B2A4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7A10A0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2024/0198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809B502" w14:textId="77777777" w:rsidR="00D10B0B" w:rsidRDefault="00AA72D3">
                  <w:r>
                    <w:rPr>
                      <w:color w:val="1F1F1F"/>
                      <w:sz w:val="16"/>
                    </w:rPr>
                    <w:t>Никић Невена</w:t>
                  </w:r>
                </w:p>
              </w:tc>
            </w:tr>
          </w:tbl>
          <w:p w14:paraId="29FB1E43" w14:textId="77777777" w:rsidR="00D10B0B" w:rsidRDefault="00D10B0B"/>
          <w:p w14:paraId="21C4A983" w14:textId="77777777" w:rsidR="00D10B0B" w:rsidRDefault="00D10B0B">
            <w:pPr>
              <w:spacing w:after="0"/>
            </w:pPr>
          </w:p>
          <w:p w14:paraId="10A7D0C6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IIIB2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701EF674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00E8A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AEA861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227135F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6492A8E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EE1C34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60CDCB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2023/0459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67D6B86" w14:textId="77777777" w:rsidR="00D10B0B" w:rsidRDefault="00AA72D3">
                  <w:r>
                    <w:rPr>
                      <w:color w:val="1F1F1F"/>
                      <w:sz w:val="16"/>
                    </w:rPr>
                    <w:t>Никодијевић Тамара</w:t>
                  </w:r>
                </w:p>
              </w:tc>
            </w:tr>
            <w:tr w:rsidR="00D10B0B" w14:paraId="0EC337E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965983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98DD6C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2023/0478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174F40B" w14:textId="77777777" w:rsidR="00D10B0B" w:rsidRDefault="00AA72D3">
                  <w:r>
                    <w:rPr>
                      <w:color w:val="1F1F1F"/>
                      <w:sz w:val="16"/>
                    </w:rPr>
                    <w:t>Николић Матеја</w:t>
                  </w:r>
                </w:p>
              </w:tc>
            </w:tr>
            <w:tr w:rsidR="00D10B0B" w14:paraId="1734012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244F7C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E1889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2023/0168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9421533" w14:textId="77777777" w:rsidR="00D10B0B" w:rsidRDefault="00AA72D3">
                  <w:r>
                    <w:rPr>
                      <w:color w:val="1F1F1F"/>
                      <w:sz w:val="16"/>
                    </w:rPr>
                    <w:t>Новаковић Милица</w:t>
                  </w:r>
                </w:p>
              </w:tc>
            </w:tr>
            <w:tr w:rsidR="001659C8" w14:paraId="287737C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AE078D" w14:textId="2D5C2C61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864A29D" w14:textId="439E480D" w:rsidR="001659C8" w:rsidRDefault="001659C8" w:rsidP="001659C8">
                  <w:pPr>
                    <w:jc w:val="center"/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2024/0193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7BF1436" w14:textId="2A3EFDDB" w:rsidR="001659C8" w:rsidRDefault="001659C8" w:rsidP="001659C8">
                  <w:pPr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Пајевић Андреа</w:t>
                  </w:r>
                </w:p>
              </w:tc>
            </w:tr>
          </w:tbl>
          <w:p w14:paraId="411DBEF0" w14:textId="77777777" w:rsidR="00D10B0B" w:rsidRDefault="00D10B0B"/>
          <w:p w14:paraId="2D32E1BE" w14:textId="77777777" w:rsidR="00D10B0B" w:rsidRDefault="00D10B0B">
            <w:pPr>
              <w:spacing w:after="0"/>
            </w:pPr>
          </w:p>
          <w:p w14:paraId="140B06B9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IIIB3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A378A1B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60DB2B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8EB3BB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B91FA2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08F492F4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FBA0E0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B891F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2022/0524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6C544FD" w14:textId="77777777" w:rsidR="00D10B0B" w:rsidRDefault="00AA72D3">
                  <w:r>
                    <w:rPr>
                      <w:color w:val="1F1F1F"/>
                      <w:sz w:val="16"/>
                    </w:rPr>
                    <w:t>Otieno Patricia Atieno</w:t>
                  </w:r>
                </w:p>
              </w:tc>
            </w:tr>
            <w:tr w:rsidR="00D10B0B" w14:paraId="10C255CD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9B643A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04D38A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2024/0501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D841FBC" w14:textId="77777777" w:rsidR="00D10B0B" w:rsidRDefault="00AA72D3">
                  <w:r>
                    <w:rPr>
                      <w:color w:val="1F1F1F"/>
                      <w:sz w:val="16"/>
                    </w:rPr>
                    <w:t>Отовић Маша</w:t>
                  </w:r>
                </w:p>
              </w:tc>
            </w:tr>
            <w:tr w:rsidR="00D10B0B" w14:paraId="586D46B5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A625F8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AF7B7E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2024/0090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C55F38E" w14:textId="77777777" w:rsidR="00D10B0B" w:rsidRDefault="00AA72D3">
                  <w:r>
                    <w:rPr>
                      <w:color w:val="1F1F1F"/>
                      <w:sz w:val="16"/>
                    </w:rPr>
                    <w:t>Павловић Дуња</w:t>
                  </w:r>
                </w:p>
              </w:tc>
            </w:tr>
            <w:tr w:rsidR="001750F5" w14:paraId="2C12B683" w14:textId="77777777" w:rsidTr="007C1BE0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33E6977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C60E0A8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2022/0316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B97728F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Новковић Вук</w:t>
                  </w:r>
                </w:p>
              </w:tc>
            </w:tr>
            <w:tr w:rsidR="001659C8" w14:paraId="3F699657" w14:textId="77777777" w:rsidTr="005B3A5E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A3C349" w14:textId="60B03421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  <w:lang w:val="sr-Cyrl-RS"/>
                    </w:rPr>
                  </w:pPr>
                  <w:r w:rsidRPr="001659C8">
                    <w:rPr>
                      <w:color w:val="1F1F1F"/>
                      <w:sz w:val="16"/>
                      <w:lang w:val="sr-Cyrl-RS"/>
                    </w:rPr>
                    <w:t>5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3879D16" w14:textId="09296648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</w:rPr>
                  </w:pPr>
                  <w:r w:rsidRPr="001659C8">
                    <w:rPr>
                      <w:color w:val="1F1F1F"/>
                      <w:sz w:val="16"/>
                    </w:rPr>
                    <w:t>2024/0056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4A23F77" w14:textId="14458989" w:rsidR="001659C8" w:rsidRPr="001659C8" w:rsidRDefault="001659C8" w:rsidP="001659C8">
                  <w:pPr>
                    <w:rPr>
                      <w:color w:val="1F1F1F"/>
                      <w:sz w:val="16"/>
                    </w:rPr>
                  </w:pPr>
                  <w:r w:rsidRPr="001659C8">
                    <w:rPr>
                      <w:color w:val="1F1F1F"/>
                      <w:sz w:val="16"/>
                    </w:rPr>
                    <w:t>Панић Јанко</w:t>
                  </w:r>
                </w:p>
              </w:tc>
            </w:tr>
            <w:tr w:rsidR="001659C8" w14:paraId="1885CC66" w14:textId="77777777" w:rsidTr="0049098F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F14EB6" w14:textId="65E69B0B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6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56577E8" w14:textId="26D1F9C1" w:rsidR="001659C8" w:rsidRPr="001659C8" w:rsidRDefault="001659C8" w:rsidP="001659C8">
                  <w:pPr>
                    <w:jc w:val="center"/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2024/0309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0B5C650" w14:textId="606737CE" w:rsidR="001659C8" w:rsidRPr="001659C8" w:rsidRDefault="001659C8" w:rsidP="001659C8">
                  <w:pPr>
                    <w:rPr>
                      <w:color w:val="1F1F1F"/>
                      <w:sz w:val="16"/>
                    </w:rPr>
                  </w:pPr>
                  <w:r>
                    <w:rPr>
                      <w:color w:val="1F1F1F"/>
                      <w:sz w:val="16"/>
                    </w:rPr>
                    <w:t>Пасовски Павле</w:t>
                  </w:r>
                </w:p>
              </w:tc>
            </w:tr>
          </w:tbl>
          <w:p w14:paraId="64F07C0E" w14:textId="77777777" w:rsidR="00D10B0B" w:rsidRDefault="00D10B0B"/>
          <w:p w14:paraId="78D41553" w14:textId="77777777" w:rsidR="00D10B0B" w:rsidRDefault="00D10B0B">
            <w:pPr>
              <w:spacing w:after="0"/>
            </w:pPr>
          </w:p>
        </w:tc>
      </w:tr>
    </w:tbl>
    <w:p w14:paraId="578D5B57" w14:textId="77777777" w:rsidR="00D10B0B" w:rsidRDefault="00AA72D3">
      <w:r>
        <w:br w:type="page"/>
      </w:r>
    </w:p>
    <w:p w14:paraId="64F5EACD" w14:textId="77777777" w:rsidR="00D10B0B" w:rsidRDefault="00AA72D3">
      <w:pPr>
        <w:shd w:val="clear" w:color="auto" w:fill="D9EAF7"/>
        <w:spacing w:after="80"/>
        <w:jc w:val="center"/>
      </w:pPr>
      <w:r>
        <w:rPr>
          <w:b/>
          <w:color w:val="1F4E78"/>
          <w:sz w:val="20"/>
        </w:rPr>
        <w:lastRenderedPageBreak/>
        <w:t>IV група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D10B0B" w14:paraId="774F8460" w14:textId="77777777">
        <w:trPr>
          <w:jc w:val="center"/>
        </w:trPr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D9E47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IVA1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55D67816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BEDE188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F21325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D54C22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3CEFBAF5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DE07AF9" w14:textId="2A56067B" w:rsidR="00D10B0B" w:rsidRPr="001659C8" w:rsidRDefault="001659C8">
                  <w:pPr>
                    <w:jc w:val="center"/>
                    <w:rPr>
                      <w:lang w:val="sr-Cyrl-RS"/>
                    </w:rPr>
                  </w:pPr>
                  <w:r>
                    <w:rPr>
                      <w:color w:val="1F1F1F"/>
                      <w:sz w:val="16"/>
                      <w:lang w:val="sr-Cyrl-RS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DA4D7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2024/0432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CDAB21D" w14:textId="77777777" w:rsidR="00D10B0B" w:rsidRDefault="00AA72D3">
                  <w:r>
                    <w:rPr>
                      <w:color w:val="1F1F1F"/>
                      <w:sz w:val="16"/>
                    </w:rPr>
                    <w:t>Пајић Мила</w:t>
                  </w:r>
                </w:p>
              </w:tc>
            </w:tr>
          </w:tbl>
          <w:p w14:paraId="005D8319" w14:textId="77777777" w:rsidR="00D10B0B" w:rsidRDefault="00D10B0B"/>
          <w:p w14:paraId="1E7AF7E1" w14:textId="77777777" w:rsidR="00D10B0B" w:rsidRDefault="00D10B0B">
            <w:pPr>
              <w:spacing w:after="0"/>
            </w:pPr>
          </w:p>
          <w:p w14:paraId="6E842324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IVA2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7B7B54B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E45115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AB71AC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8B653C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44C628E5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DB2D9E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15D929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2024/0340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DCC6187" w14:textId="77777777" w:rsidR="00D10B0B" w:rsidRDefault="00AA72D3">
                  <w:r>
                    <w:rPr>
                      <w:color w:val="1F1F1F"/>
                      <w:sz w:val="16"/>
                    </w:rPr>
                    <w:t>Петаковић Милана</w:t>
                  </w:r>
                </w:p>
              </w:tc>
            </w:tr>
            <w:tr w:rsidR="00D10B0B" w14:paraId="44C2F2DE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11BC38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1286F2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2024/0211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3C061B" w14:textId="77777777" w:rsidR="00D10B0B" w:rsidRDefault="00AA72D3">
                  <w:r>
                    <w:rPr>
                      <w:color w:val="1F1F1F"/>
                      <w:sz w:val="16"/>
                    </w:rPr>
                    <w:t>Петковић Маја</w:t>
                  </w:r>
                </w:p>
              </w:tc>
            </w:tr>
            <w:tr w:rsidR="00D10B0B" w14:paraId="7B82483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5EC018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A04911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2024/0278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C3EAD12" w14:textId="77777777" w:rsidR="00D10B0B" w:rsidRDefault="00AA72D3">
                  <w:r>
                    <w:rPr>
                      <w:color w:val="1F1F1F"/>
                      <w:sz w:val="16"/>
                    </w:rPr>
                    <w:t>Петровић Јована</w:t>
                  </w:r>
                </w:p>
              </w:tc>
            </w:tr>
            <w:tr w:rsidR="00D10B0B" w14:paraId="3D12413E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019DE3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B6EDBA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2024/0018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6ECFF7D" w14:textId="77777777" w:rsidR="00D10B0B" w:rsidRDefault="00AA72D3">
                  <w:r>
                    <w:rPr>
                      <w:color w:val="1F1F1F"/>
                      <w:sz w:val="16"/>
                    </w:rPr>
                    <w:t>Петровић Милица</w:t>
                  </w:r>
                </w:p>
              </w:tc>
            </w:tr>
          </w:tbl>
          <w:p w14:paraId="005DB168" w14:textId="77777777" w:rsidR="00D10B0B" w:rsidRDefault="00D10B0B"/>
          <w:p w14:paraId="256B9A01" w14:textId="77777777" w:rsidR="00D10B0B" w:rsidRDefault="00D10B0B">
            <w:pPr>
              <w:spacing w:after="0"/>
            </w:pPr>
          </w:p>
          <w:p w14:paraId="2BFFED2F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IVA3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045FC05D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3AFD9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6204C3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018040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79E383E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863634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7E3D30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2024/0386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A22F37C" w14:textId="77777777" w:rsidR="00D10B0B" w:rsidRDefault="00AA72D3">
                  <w:r>
                    <w:rPr>
                      <w:color w:val="1F1F1F"/>
                      <w:sz w:val="16"/>
                    </w:rPr>
                    <w:t>Пешић Марија</w:t>
                  </w:r>
                </w:p>
              </w:tc>
            </w:tr>
            <w:tr w:rsidR="00D10B0B" w14:paraId="607F68F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484D6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8CE0E1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2024/0043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0009AA" w14:textId="77777777" w:rsidR="00D10B0B" w:rsidRDefault="00AA72D3">
                  <w:r>
                    <w:rPr>
                      <w:color w:val="1F1F1F"/>
                      <w:sz w:val="16"/>
                    </w:rPr>
                    <w:t>Полугић Нађа</w:t>
                  </w:r>
                </w:p>
              </w:tc>
            </w:tr>
            <w:tr w:rsidR="00D10B0B" w14:paraId="7EEE63E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E9C98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DE43F8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2023/0403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667DA1" w14:textId="77777777" w:rsidR="00D10B0B" w:rsidRDefault="00AA72D3">
                  <w:r>
                    <w:rPr>
                      <w:color w:val="1F1F1F"/>
                      <w:sz w:val="16"/>
                    </w:rPr>
                    <w:t>Поповић Јелена</w:t>
                  </w:r>
                </w:p>
              </w:tc>
            </w:tr>
          </w:tbl>
          <w:p w14:paraId="1A7C5E28" w14:textId="77777777" w:rsidR="00D10B0B" w:rsidRDefault="00D10B0B"/>
          <w:p w14:paraId="3034DD1A" w14:textId="77777777" w:rsidR="00D10B0B" w:rsidRDefault="00D10B0B">
            <w:pPr>
              <w:spacing w:after="0"/>
            </w:pPr>
          </w:p>
        </w:tc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30D9A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IVB1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49B59662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0FDC10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E25181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25D8B4B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553A0E22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571B2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6B949B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2024/0482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D4D9AD7" w14:textId="77777777" w:rsidR="00D10B0B" w:rsidRDefault="00AA72D3">
                  <w:r>
                    <w:rPr>
                      <w:color w:val="1F1F1F"/>
                      <w:sz w:val="16"/>
                    </w:rPr>
                    <w:t>Поповић Милица</w:t>
                  </w:r>
                </w:p>
              </w:tc>
            </w:tr>
            <w:tr w:rsidR="00D10B0B" w14:paraId="3C469FA8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F3D1B1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64470E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2024/0439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AAB64CC" w14:textId="77777777" w:rsidR="00D10B0B" w:rsidRDefault="00AA72D3">
                  <w:r>
                    <w:rPr>
                      <w:color w:val="1F1F1F"/>
                      <w:sz w:val="16"/>
                    </w:rPr>
                    <w:t>Прцовић Петар</w:t>
                  </w:r>
                </w:p>
              </w:tc>
            </w:tr>
            <w:tr w:rsidR="00D10B0B" w14:paraId="646CF0C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C67B6A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1D862C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2023/0434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552CC1A" w14:textId="77777777" w:rsidR="00D10B0B" w:rsidRDefault="00AA72D3">
                  <w:r>
                    <w:rPr>
                      <w:color w:val="1F1F1F"/>
                      <w:sz w:val="16"/>
                    </w:rPr>
                    <w:t>Радиновић Александра</w:t>
                  </w:r>
                </w:p>
              </w:tc>
            </w:tr>
            <w:tr w:rsidR="00D10B0B" w14:paraId="3D5F2733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25E4C1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69954D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2021/0338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3577639" w14:textId="77777777" w:rsidR="00D10B0B" w:rsidRDefault="00AA72D3">
                  <w:r>
                    <w:rPr>
                      <w:color w:val="1F1F1F"/>
                      <w:sz w:val="16"/>
                    </w:rPr>
                    <w:t>Радмилац Филип</w:t>
                  </w:r>
                </w:p>
              </w:tc>
            </w:tr>
          </w:tbl>
          <w:p w14:paraId="066F95BD" w14:textId="77777777" w:rsidR="00D10B0B" w:rsidRDefault="00D10B0B"/>
          <w:p w14:paraId="01D02EB5" w14:textId="77777777" w:rsidR="00D10B0B" w:rsidRDefault="00D10B0B">
            <w:pPr>
              <w:spacing w:after="0"/>
            </w:pPr>
          </w:p>
          <w:p w14:paraId="2A9C8E54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IVB2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33614664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30CE55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0C612C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9CAC7D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3B595447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5D6488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8A8AFC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2024/0234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A6CCF4A" w14:textId="77777777" w:rsidR="00D10B0B" w:rsidRDefault="00AA72D3">
                  <w:r>
                    <w:rPr>
                      <w:color w:val="1F1F1F"/>
                      <w:sz w:val="16"/>
                    </w:rPr>
                    <w:t>Радојичић Бојана</w:t>
                  </w:r>
                </w:p>
              </w:tc>
            </w:tr>
            <w:tr w:rsidR="00D10B0B" w14:paraId="678D1EC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D02EE2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477172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2024/0408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7BFE3A6" w14:textId="77777777" w:rsidR="00D10B0B" w:rsidRDefault="00AA72D3">
                  <w:r>
                    <w:rPr>
                      <w:color w:val="1F1F1F"/>
                      <w:sz w:val="16"/>
                    </w:rPr>
                    <w:t>Радојичић Наталија</w:t>
                  </w:r>
                </w:p>
              </w:tc>
            </w:tr>
            <w:tr w:rsidR="00D10B0B" w14:paraId="50913380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BE2E9C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B301CB6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2024/0472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FCA57A5" w14:textId="77777777" w:rsidR="00D10B0B" w:rsidRDefault="00AA72D3">
                  <w:r>
                    <w:rPr>
                      <w:color w:val="1F1F1F"/>
                      <w:sz w:val="16"/>
                    </w:rPr>
                    <w:t>Раилић Анђела</w:t>
                  </w:r>
                </w:p>
              </w:tc>
            </w:tr>
          </w:tbl>
          <w:p w14:paraId="6D71982E" w14:textId="77777777" w:rsidR="00D10B0B" w:rsidRDefault="00D10B0B"/>
          <w:p w14:paraId="39E7FF04" w14:textId="77777777" w:rsidR="00D10B0B" w:rsidRDefault="00D10B0B">
            <w:pPr>
              <w:spacing w:after="0"/>
            </w:pPr>
          </w:p>
          <w:p w14:paraId="142F2249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IVB3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282729EA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F42F839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399B4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8066394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3BED273A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17FC74F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E0DD84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2024/0011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2DCBB9" w14:textId="77777777" w:rsidR="00D10B0B" w:rsidRDefault="00AA72D3">
                  <w:r>
                    <w:rPr>
                      <w:color w:val="1F1F1F"/>
                      <w:sz w:val="16"/>
                    </w:rPr>
                    <w:t>Ранковић Анђела</w:t>
                  </w:r>
                </w:p>
              </w:tc>
            </w:tr>
            <w:tr w:rsidR="00D10B0B" w14:paraId="5BA9880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06A1F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D7F6FD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2024/0181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CF199E3" w14:textId="77777777" w:rsidR="00D10B0B" w:rsidRDefault="00AA72D3">
                  <w:r>
                    <w:rPr>
                      <w:color w:val="1F1F1F"/>
                      <w:sz w:val="16"/>
                    </w:rPr>
                    <w:t>Ристић Тијана</w:t>
                  </w:r>
                </w:p>
              </w:tc>
            </w:tr>
            <w:tr w:rsidR="00D10B0B" w14:paraId="2FD8DC97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D5853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7633ED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2024/0189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56E344A" w14:textId="77777777" w:rsidR="00D10B0B" w:rsidRDefault="00AA72D3">
                  <w:r>
                    <w:rPr>
                      <w:color w:val="1F1F1F"/>
                      <w:sz w:val="16"/>
                    </w:rPr>
                    <w:t>Савић Јана</w:t>
                  </w:r>
                </w:p>
              </w:tc>
            </w:tr>
            <w:tr w:rsidR="001750F5" w14:paraId="7188BE7A" w14:textId="77777777" w:rsidTr="00BF60C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D93614D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A0895A7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2024/0435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661D082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Ралевић Миа</w:t>
                  </w:r>
                </w:p>
              </w:tc>
            </w:tr>
          </w:tbl>
          <w:p w14:paraId="26003174" w14:textId="77777777" w:rsidR="00D10B0B" w:rsidRDefault="00D10B0B"/>
          <w:p w14:paraId="7075EE9A" w14:textId="77777777" w:rsidR="00D10B0B" w:rsidRDefault="00D10B0B">
            <w:pPr>
              <w:spacing w:after="0"/>
            </w:pPr>
          </w:p>
        </w:tc>
      </w:tr>
    </w:tbl>
    <w:p w14:paraId="40964F96" w14:textId="77777777" w:rsidR="00D10B0B" w:rsidRDefault="00AA72D3">
      <w:r>
        <w:br w:type="page"/>
      </w:r>
    </w:p>
    <w:p w14:paraId="6177F8F1" w14:textId="77777777" w:rsidR="00D10B0B" w:rsidRDefault="00AA72D3">
      <w:pPr>
        <w:shd w:val="clear" w:color="auto" w:fill="D9EAF7"/>
        <w:spacing w:after="80"/>
        <w:jc w:val="center"/>
      </w:pPr>
      <w:r>
        <w:rPr>
          <w:b/>
          <w:color w:val="1F4E78"/>
          <w:sz w:val="20"/>
        </w:rPr>
        <w:lastRenderedPageBreak/>
        <w:t>V група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09"/>
        <w:gridCol w:w="7909"/>
      </w:tblGrid>
      <w:tr w:rsidR="00D10B0B" w14:paraId="0B769664" w14:textId="77777777">
        <w:trPr>
          <w:jc w:val="center"/>
        </w:trPr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963261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VA1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02F0FCAA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717A49A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112A155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C3F74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66175E1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219B1E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ECA512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2018/0508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297D6C7" w14:textId="77777777" w:rsidR="00D10B0B" w:rsidRDefault="00AA72D3">
                  <w:r>
                    <w:rPr>
                      <w:color w:val="1F1F1F"/>
                      <w:sz w:val="16"/>
                    </w:rPr>
                    <w:t>Селаковић Филип</w:t>
                  </w:r>
                </w:p>
              </w:tc>
            </w:tr>
            <w:tr w:rsidR="00D10B0B" w14:paraId="3F3E300C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980A0D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6A7632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2023/0462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E946D9F" w14:textId="77777777" w:rsidR="00D10B0B" w:rsidRDefault="00AA72D3">
                  <w:r>
                    <w:rPr>
                      <w:color w:val="1F1F1F"/>
                      <w:sz w:val="16"/>
                    </w:rPr>
                    <w:t>Симић Стефан</w:t>
                  </w:r>
                </w:p>
              </w:tc>
            </w:tr>
            <w:tr w:rsidR="00D10B0B" w14:paraId="15B6AE6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C61A8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F52CB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2024/0403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1C09F93" w14:textId="77777777" w:rsidR="00D10B0B" w:rsidRDefault="00AA72D3">
                  <w:r>
                    <w:rPr>
                      <w:color w:val="1F1F1F"/>
                      <w:sz w:val="16"/>
                    </w:rPr>
                    <w:t>Станишић Анастасија</w:t>
                  </w:r>
                </w:p>
              </w:tc>
            </w:tr>
          </w:tbl>
          <w:p w14:paraId="1C4E9E9C" w14:textId="77777777" w:rsidR="00D10B0B" w:rsidRDefault="00D10B0B"/>
          <w:p w14:paraId="0F2788B0" w14:textId="77777777" w:rsidR="00D10B0B" w:rsidRDefault="00D10B0B">
            <w:pPr>
              <w:spacing w:after="0"/>
            </w:pPr>
          </w:p>
          <w:p w14:paraId="7AB37C62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VA2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5A351013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2B7C17F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E8715C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F5A672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0BF4EC5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0B683D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4EDA2C2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2024/0495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B89AE6A" w14:textId="77777777" w:rsidR="00D10B0B" w:rsidRDefault="00AA72D3">
                  <w:r>
                    <w:rPr>
                      <w:color w:val="1F1F1F"/>
                      <w:sz w:val="16"/>
                    </w:rPr>
                    <w:t>Стевић Анђела</w:t>
                  </w:r>
                </w:p>
              </w:tc>
            </w:tr>
            <w:tr w:rsidR="00D10B0B" w14:paraId="2E2CAAD7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E1C1C59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78728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2024/0225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2CD6F1E" w14:textId="77777777" w:rsidR="00D10B0B" w:rsidRDefault="00AA72D3">
                  <w:r>
                    <w:rPr>
                      <w:color w:val="1F1F1F"/>
                      <w:sz w:val="16"/>
                    </w:rPr>
                    <w:t>Стефановић Ана</w:t>
                  </w:r>
                </w:p>
              </w:tc>
            </w:tr>
            <w:tr w:rsidR="00D10B0B" w14:paraId="0A7B8D94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2A2C4E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967F69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2024/0440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46B7BDC" w14:textId="77777777" w:rsidR="00D10B0B" w:rsidRDefault="00AA72D3">
                  <w:r>
                    <w:rPr>
                      <w:color w:val="1F1F1F"/>
                      <w:sz w:val="16"/>
                    </w:rPr>
                    <w:t>Стојановић Катарина</w:t>
                  </w:r>
                </w:p>
              </w:tc>
            </w:tr>
          </w:tbl>
          <w:p w14:paraId="40F31466" w14:textId="77777777" w:rsidR="00D10B0B" w:rsidRDefault="00D10B0B"/>
          <w:p w14:paraId="48625848" w14:textId="77777777" w:rsidR="00D10B0B" w:rsidRDefault="00D10B0B">
            <w:pPr>
              <w:spacing w:after="0"/>
            </w:pPr>
          </w:p>
          <w:p w14:paraId="7FE1AA14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VA3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6F534008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F46BF0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81A0EAF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AB22572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2D964A1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7CC66E5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7943FED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2022/0259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D652DAD" w14:textId="77777777" w:rsidR="00D10B0B" w:rsidRDefault="00AA72D3">
                  <w:r>
                    <w:rPr>
                      <w:color w:val="1F1F1F"/>
                      <w:sz w:val="16"/>
                    </w:rPr>
                    <w:t>Стојановић Софија</w:t>
                  </w:r>
                </w:p>
              </w:tc>
            </w:tr>
            <w:tr w:rsidR="00D10B0B" w14:paraId="378C7871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9A56B7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A195C0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2023/0537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9ED16B2" w14:textId="77777777" w:rsidR="00D10B0B" w:rsidRDefault="00AA72D3">
                  <w:r>
                    <w:rPr>
                      <w:color w:val="1F1F1F"/>
                      <w:sz w:val="16"/>
                    </w:rPr>
                    <w:t>Shahada Ritta</w:t>
                  </w:r>
                </w:p>
              </w:tc>
            </w:tr>
            <w:tr w:rsidR="00D10B0B" w14:paraId="40D4F09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2F54F5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7F23AC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2024/0310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2C52979" w14:textId="77777777" w:rsidR="00D10B0B" w:rsidRDefault="00AA72D3">
                  <w:r>
                    <w:rPr>
                      <w:color w:val="1F1F1F"/>
                      <w:sz w:val="16"/>
                    </w:rPr>
                    <w:t>Тешевкић Миа</w:t>
                  </w:r>
                </w:p>
              </w:tc>
            </w:tr>
            <w:tr w:rsidR="001750F5" w14:paraId="4AA36C2D" w14:textId="77777777" w:rsidTr="002A613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41F487E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F2CEFF9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2023/0355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9FF1A5D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Станојевић Ружица</w:t>
                  </w:r>
                </w:p>
              </w:tc>
            </w:tr>
          </w:tbl>
          <w:p w14:paraId="7A79E711" w14:textId="77777777" w:rsidR="00D10B0B" w:rsidRDefault="00D10B0B"/>
          <w:p w14:paraId="31A26685" w14:textId="77777777" w:rsidR="00D10B0B" w:rsidRDefault="00D10B0B">
            <w:pPr>
              <w:spacing w:after="0"/>
            </w:pPr>
          </w:p>
        </w:tc>
        <w:tc>
          <w:tcPr>
            <w:tcW w:w="790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43D329" w14:textId="77777777" w:rsidR="00D10B0B" w:rsidRDefault="00AA72D3">
            <w:pPr>
              <w:shd w:val="clear" w:color="auto" w:fill="1F4E78"/>
              <w:spacing w:after="20"/>
            </w:pPr>
            <w:r>
              <w:rPr>
                <w:b/>
                <w:color w:val="FFFFFF"/>
                <w:sz w:val="18"/>
              </w:rPr>
              <w:t>VB1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50BE9698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B089360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30AAEA8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BDB2245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54169BDF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AA423DB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6004BD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2023/0039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6A7BA8" w14:textId="77777777" w:rsidR="00D10B0B" w:rsidRDefault="00AA72D3">
                  <w:r>
                    <w:rPr>
                      <w:color w:val="1F1F1F"/>
                      <w:sz w:val="16"/>
                    </w:rPr>
                    <w:t>Томановић Ања</w:t>
                  </w:r>
                </w:p>
              </w:tc>
            </w:tr>
            <w:tr w:rsidR="00D10B0B" w14:paraId="0167ACB9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2668A90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32DE73E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2024/0488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B114A9A" w14:textId="77777777" w:rsidR="00D10B0B" w:rsidRDefault="00AA72D3">
                  <w:r>
                    <w:rPr>
                      <w:color w:val="1F1F1F"/>
                      <w:sz w:val="16"/>
                    </w:rPr>
                    <w:t>Ћирић Маја</w:t>
                  </w:r>
                </w:p>
              </w:tc>
            </w:tr>
            <w:tr w:rsidR="00D10B0B" w14:paraId="23FE3D5E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159E03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FFB81D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2024/0095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EB1BF22" w14:textId="77777777" w:rsidR="00D10B0B" w:rsidRDefault="00AA72D3">
                  <w:r>
                    <w:rPr>
                      <w:color w:val="1F1F1F"/>
                      <w:sz w:val="16"/>
                    </w:rPr>
                    <w:t>Ћирковић Анђелина</w:t>
                  </w:r>
                </w:p>
              </w:tc>
            </w:tr>
          </w:tbl>
          <w:p w14:paraId="6B84F399" w14:textId="77777777" w:rsidR="00D10B0B" w:rsidRDefault="00D10B0B"/>
          <w:p w14:paraId="6682141D" w14:textId="77777777" w:rsidR="00D10B0B" w:rsidRDefault="00D10B0B">
            <w:pPr>
              <w:spacing w:after="0"/>
            </w:pPr>
          </w:p>
          <w:p w14:paraId="274A8D27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VB2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04C2331F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215EB3B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DEE1D03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2DBC931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75D75C3E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92FE954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E1716C8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2022/0468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6D1B346" w14:textId="77777777" w:rsidR="00D10B0B" w:rsidRDefault="00AA72D3">
                  <w:r>
                    <w:rPr>
                      <w:color w:val="1F1F1F"/>
                      <w:sz w:val="16"/>
                    </w:rPr>
                    <w:t>Филиповић Борис</w:t>
                  </w:r>
                </w:p>
              </w:tc>
            </w:tr>
            <w:tr w:rsidR="00D10B0B" w14:paraId="1A85BAF6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1FAB23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9945713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2025/0554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ADD6557" w14:textId="77777777" w:rsidR="00D10B0B" w:rsidRDefault="00AA72D3">
                  <w:r>
                    <w:rPr>
                      <w:color w:val="1F1F1F"/>
                      <w:sz w:val="16"/>
                    </w:rPr>
                    <w:t>Хаџовић Теодора</w:t>
                  </w:r>
                </w:p>
              </w:tc>
            </w:tr>
            <w:tr w:rsidR="00D10B0B" w14:paraId="4F9919A2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76228B1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BBFC00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2024/0230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637A3F0" w14:textId="77777777" w:rsidR="00D10B0B" w:rsidRDefault="00AA72D3">
                  <w:r>
                    <w:rPr>
                      <w:color w:val="1F1F1F"/>
                      <w:sz w:val="16"/>
                    </w:rPr>
                    <w:t>Цветковић Олга</w:t>
                  </w:r>
                </w:p>
              </w:tc>
            </w:tr>
          </w:tbl>
          <w:p w14:paraId="3F7947F9" w14:textId="77777777" w:rsidR="00D10B0B" w:rsidRDefault="00D10B0B"/>
          <w:p w14:paraId="2ACAF96B" w14:textId="77777777" w:rsidR="00D10B0B" w:rsidRDefault="00D10B0B">
            <w:pPr>
              <w:spacing w:after="0"/>
            </w:pPr>
          </w:p>
          <w:p w14:paraId="47CF4F2B" w14:textId="77777777" w:rsidR="00D10B0B" w:rsidRDefault="00AA72D3">
            <w:pPr>
              <w:shd w:val="clear" w:color="auto" w:fill="1F4E78"/>
              <w:spacing w:before="40" w:after="20"/>
            </w:pPr>
            <w:r>
              <w:rPr>
                <w:b/>
                <w:color w:val="FFFFFF"/>
                <w:sz w:val="18"/>
              </w:rPr>
              <w:t>VB3</w:t>
            </w:r>
          </w:p>
          <w:tbl>
            <w:tblPr>
              <w:tblStyle w:val="Koordinatnamreatabele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531"/>
              <w:gridCol w:w="5386"/>
            </w:tblGrid>
            <w:tr w:rsidR="00D10B0B" w14:paraId="1B081C17" w14:textId="77777777">
              <w:trPr>
                <w:tblHeader/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71D0187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Рб.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ED0A13D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Индекс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D9EAF7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4C66B1E" w14:textId="77777777" w:rsidR="00D10B0B" w:rsidRDefault="00AA72D3">
                  <w:pPr>
                    <w:jc w:val="center"/>
                  </w:pPr>
                  <w:r>
                    <w:rPr>
                      <w:b/>
                      <w:color w:val="1F1F1F"/>
                      <w:sz w:val="16"/>
                    </w:rPr>
                    <w:t>Студент</w:t>
                  </w:r>
                </w:p>
              </w:tc>
            </w:tr>
            <w:tr w:rsidR="00D10B0B" w14:paraId="00C06BEB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12A6F0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1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3F3379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2023/0321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54A95F78" w14:textId="77777777" w:rsidR="00D10B0B" w:rsidRDefault="00AA72D3">
                  <w:r>
                    <w:rPr>
                      <w:color w:val="1F1F1F"/>
                      <w:sz w:val="16"/>
                    </w:rPr>
                    <w:t>Чолић Аница</w:t>
                  </w:r>
                </w:p>
              </w:tc>
            </w:tr>
            <w:tr w:rsidR="00D10B0B" w14:paraId="0B697237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70F8CA5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3787A9A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2023/0100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10042E1B" w14:textId="77777777" w:rsidR="00D10B0B" w:rsidRDefault="00AA72D3">
                  <w:r>
                    <w:rPr>
                      <w:color w:val="1F1F1F"/>
                      <w:sz w:val="16"/>
                    </w:rPr>
                    <w:t>Шакић Јана</w:t>
                  </w:r>
                </w:p>
              </w:tc>
            </w:tr>
            <w:tr w:rsidR="00D10B0B" w14:paraId="757AF03D" w14:textId="77777777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74F687E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3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6C6892AC" w14:textId="77777777" w:rsidR="00D10B0B" w:rsidRDefault="00AA72D3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2021/0455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2CFB5B7" w14:textId="77777777" w:rsidR="00D10B0B" w:rsidRDefault="00AA72D3">
                  <w:r>
                    <w:rPr>
                      <w:color w:val="1F1F1F"/>
                      <w:sz w:val="16"/>
                    </w:rPr>
                    <w:t>Шобот Сташа</w:t>
                  </w:r>
                </w:p>
              </w:tc>
            </w:tr>
            <w:tr w:rsidR="001750F5" w14:paraId="002B8F52" w14:textId="77777777" w:rsidTr="00B01273">
              <w:trPr>
                <w:jc w:val="center"/>
              </w:trPr>
              <w:tc>
                <w:tcPr>
                  <w:tcW w:w="567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085F4E4D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4</w:t>
                  </w:r>
                </w:p>
              </w:tc>
              <w:tc>
                <w:tcPr>
                  <w:tcW w:w="1531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4B4B8703" w14:textId="77777777" w:rsidR="001750F5" w:rsidRDefault="001750F5" w:rsidP="001750F5">
                  <w:pPr>
                    <w:jc w:val="center"/>
                  </w:pPr>
                  <w:r>
                    <w:rPr>
                      <w:color w:val="1F1F1F"/>
                      <w:sz w:val="16"/>
                    </w:rPr>
                    <w:t>2024/0236</w:t>
                  </w:r>
                </w:p>
              </w:tc>
              <w:tc>
                <w:tcPr>
                  <w:tcW w:w="5386" w:type="dxa"/>
                  <w:tcBorders>
                    <w:top w:val="single" w:sz="4" w:space="0" w:color="AAB7C4"/>
                    <w:left w:val="single" w:sz="4" w:space="0" w:color="AAB7C4"/>
                    <w:bottom w:val="single" w:sz="4" w:space="0" w:color="AAB7C4"/>
                    <w:right w:val="single" w:sz="4" w:space="0" w:color="AAB7C4"/>
                  </w:tcBorders>
                  <w:shd w:val="clear" w:color="auto" w:fill="F3F8FC"/>
                  <w:tcMar>
                    <w:top w:w="40" w:type="dxa"/>
                    <w:left w:w="55" w:type="dxa"/>
                    <w:bottom w:w="40" w:type="dxa"/>
                    <w:right w:w="55" w:type="dxa"/>
                  </w:tcMar>
                </w:tcPr>
                <w:p w14:paraId="2B8749EB" w14:textId="77777777" w:rsidR="001750F5" w:rsidRDefault="001750F5" w:rsidP="001750F5">
                  <w:r>
                    <w:rPr>
                      <w:color w:val="1F1F1F"/>
                      <w:sz w:val="16"/>
                    </w:rPr>
                    <w:t>Ћуковић Милица</w:t>
                  </w:r>
                </w:p>
              </w:tc>
            </w:tr>
          </w:tbl>
          <w:p w14:paraId="2225F330" w14:textId="77777777" w:rsidR="00D10B0B" w:rsidRDefault="00D10B0B"/>
          <w:p w14:paraId="24EF4D56" w14:textId="77777777" w:rsidR="00D10B0B" w:rsidRDefault="00D10B0B">
            <w:pPr>
              <w:spacing w:after="0"/>
            </w:pPr>
          </w:p>
        </w:tc>
      </w:tr>
    </w:tbl>
    <w:p w14:paraId="5F742C01" w14:textId="77777777" w:rsidR="00AA72D3" w:rsidRDefault="00AA72D3"/>
    <w:sectPr w:rsidR="00AA72D3" w:rsidSect="00034616">
      <w:pgSz w:w="16838" w:h="11906" w:orient="landscape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sabrojevim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sabrojevim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saznakovimazanabrajanj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saznakovimazanabrajanj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nalist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nakzanabrajanjenalist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916712">
    <w:abstractNumId w:val="8"/>
  </w:num>
  <w:num w:numId="2" w16cid:durableId="38559411">
    <w:abstractNumId w:val="6"/>
  </w:num>
  <w:num w:numId="3" w16cid:durableId="286353712">
    <w:abstractNumId w:val="5"/>
  </w:num>
  <w:num w:numId="4" w16cid:durableId="741028469">
    <w:abstractNumId w:val="4"/>
  </w:num>
  <w:num w:numId="5" w16cid:durableId="1417091211">
    <w:abstractNumId w:val="7"/>
  </w:num>
  <w:num w:numId="6" w16cid:durableId="1065683253">
    <w:abstractNumId w:val="3"/>
  </w:num>
  <w:num w:numId="7" w16cid:durableId="1877542994">
    <w:abstractNumId w:val="2"/>
  </w:num>
  <w:num w:numId="8" w16cid:durableId="816844254">
    <w:abstractNumId w:val="1"/>
  </w:num>
  <w:num w:numId="9" w16cid:durableId="124140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59C8"/>
    <w:rsid w:val="001750F5"/>
    <w:rsid w:val="0029639D"/>
    <w:rsid w:val="00326F90"/>
    <w:rsid w:val="00AA1D8D"/>
    <w:rsid w:val="00AA72D3"/>
    <w:rsid w:val="00B47730"/>
    <w:rsid w:val="00CB0664"/>
    <w:rsid w:val="00D10B0B"/>
    <w:rsid w:val="00EA36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6DDA8"/>
  <w14:defaultImageDpi w14:val="300"/>
  <w15:docId w15:val="{DF0C1015-F3F8-4710-A9FE-9EEE3D78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25CBAA-8367-4177-B284-5BBB1806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Sanjin Kovacevic</cp:lastModifiedBy>
  <cp:revision>4</cp:revision>
  <dcterms:created xsi:type="dcterms:W3CDTF">2013-12-23T23:15:00Z</dcterms:created>
  <dcterms:modified xsi:type="dcterms:W3CDTF">2026-10-21T20:40:00Z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33d52095d1a4a679cc27195c625f39a1284778e29dcd8916f016edeeb948be41</vt:lpwstr>
  </property>
</Properties>
</file>